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📏 ציר המספרים ושברים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דף עבודה – מהדורה למורה (תשובות בהתחלה) + דפי תלמיד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🎓 מהדורה למורה – תשובות בהתחלה · יצרה: רוית ראש בן ישי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🔑 תשובות (למורה)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חלק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שאלה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תשובה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⁦1/2⁩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⁦3/5⁩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⁦3/8⁩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⁦2.5⁩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⁦5.25⁩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6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⁦3.4⁩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⁦1,600⁩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⁦11,000⁩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⁦1.6⁩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⁦1.5⁩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מחלקים את הקטע ל־4 חלקים שווים: חלק אחד בין 0 ל־A ושלושה חלקים בין A ל־1. לכן A נמצאת אחרי חלק אחד מתוך ארבעה – 1/4.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 אתגר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⁦1/3⁩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כרטיס יציאה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⁦95,000⁩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כרטיס יציאה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⁦180⁩</w:t>
            </w:r>
          </w:p>
        </w:tc>
      </w:tr>
    </w:tbl>
    <w:p/>
    <w:p>
      <w:pPr>
        <w:bidi w:val="1"/>
        <w:jc w:val="right"/>
      </w:pPr>
      <w:r>
        <w:rPr>
          <w:b/>
          <w:rtl w:val="1"/>
          <w:bCs/>
        </w:rPr>
        <w:t>טיפ להוראה: לפני שעונים – כתבו מעל כל קו כמה הוא שווה.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📄 דפי התלמיד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📖 תזכורת: בציר המספרים כל המרווחים בין הקווים שווים. כדי לדעת כמה שווה כל מרווח: מחשבים את המרחק בין שני מספרים ידועים ומחלקים במספר המרווחים ביניהם.✏️ דוגמה: בין 200 ל־300 יש 5 מרווחים שווים. מה המספר בקו השני? ← 300 − 200 = 100 ← 100 : 5 = 20 – כל מרווח ← 200 + 2 × 20 = 240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א׳ – מבחן אמריקאי</w:t>
      </w:r>
    </w:p>
    <w:p>
      <w:pPr>
        <w:bidi w:val="1"/>
        <w:jc w:val="right"/>
      </w:pPr>
      <w:r>
        <w:rPr>
          <w:b/>
          <w:rtl w:val="1"/>
          <w:bCs/>
        </w:rPr>
        <w:t>בחלק זה תבחרו תשובה אחת נכונה. הקיפו אותה בעיגול. כדאי להעריך קודם!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איזה שבר מסומן בכוכב?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6364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fbf325818999bb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6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⁦1/4⁩     ◯ ⁦1/3⁩     ◯ ⁦1/10⁩     ◯ ⁦1/2⁩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איזה שבר מסומן בכוכב?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63642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c95896e8dcfd18f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6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⁦1/2⁩     ◯ ⁦3/5⁩     ◯ ⁦2/5⁩     ◯ ⁦3/10⁩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איזה שבר מסומן בכוכב?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63642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f02f6491a71768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6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⁦3/10⁩     ◯ ⁦5/8⁩     ◯ ⁦4/9⁩     ◯ ⁦3/8⁩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איזה מספר מסומן בכוכב?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63642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95fdfdabeb7ea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6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⁦2.02⁩     ◯ ⁦2.75⁩     ◯ ⁦2.5⁩     ◯ ⁦2.2⁩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איזה מספר מסומן בכוכב?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63642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4a2b966688b7c8f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6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⁦5.01⁩     ◯ ⁦5.25⁩     ◯ ⁦5.1⁩     ◯ ⁦5.5⁩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איזה מספר מסומן בכוכב?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63642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787dbb014b45e2a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6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⁦3.5⁩     ◯ ⁦3.04⁩     ◯ ⁦3.4⁩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ב׳ – פתרו</w:t>
      </w:r>
    </w:p>
    <w:p>
      <w:pPr>
        <w:bidi w:val="1"/>
        <w:jc w:val="right"/>
      </w:pPr>
      <w:r>
        <w:rPr>
          <w:b/>
          <w:rtl w:val="1"/>
          <w:bCs/>
        </w:rPr>
        <w:t>פתרו כל תרגיל, הציגו את דרך הפתרון וכתבו את התשובה על הקו.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איזה מספר מסומן בכוכב על ציר המספרים?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63642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ad48c8925877eeb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6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איזה מספר מסומן בכוכב על ציר המספרים?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63642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b281781bf8bd2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6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🐸 צפרדע עומדת על ⁦0.6⁩ בציר המספרים וקופצת ⁦2⁩ קפיצות ימינה, כל קפיצה באורך ⁦0.5⁩. על איזה מספר היא נוחתת?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🐸 צפרדע עומדת על ⁦0.5⁩ בציר המספרים וקופצת ⁦5⁩ קפיצות ימינה, כל קפיצה באורך ⁦0.2⁩. על איזה מספר היא נוחתת?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ג׳ – חושבים ומסבירים</w:t>
      </w:r>
    </w:p>
    <w:p>
      <w:pPr>
        <w:bidi w:val="1"/>
        <w:jc w:val="right"/>
      </w:pPr>
      <w:r>
        <w:rPr>
          <w:b/>
          <w:rtl w:val="1"/>
          <w:bCs/>
        </w:rPr>
        <w:t>בחלק זה תסבירו במילים שלכם – כמו שהייתם מסבירים לחבר או לחברה.</w:t>
      </w:r>
    </w:p>
    <w:p>
      <w:pPr>
        <w:bidi w:val="1"/>
        <w:jc w:val="right"/>
      </w:pPr>
      <w:r>
        <w:rPr>
          <w:rtl w:val="1"/>
        </w:rPr>
        <w:t>1. הסבירו איך: נקודה A נמצאת בין 0 ל־1, והמרחק שלה מ־1 גדול פי 3 מהמרחק שלה מ־0. הסבירו למה A = 1/4.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2. 🏆 אתגר: נקודה A נמצאת בין ⁦0⁩ ל־⁦1⁩. המרחק בין A ל־⁦1⁩ גדול פי ⁦2⁩ מהמרחק בין ⁦0⁩ ל־A. איזה מספר מתאים לנקודה A?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 – ציר המספרים ושברים</w:t>
      </w:r>
    </w:p>
    <w:p>
      <w:pPr>
        <w:bidi w:val="1"/>
        <w:jc w:val="right"/>
      </w:pPr>
      <w:r>
        <w:rPr>
          <w:rtl w:val="1"/>
        </w:rPr>
        <w:t>איזה מספר מסומן בכוכב על ציר המספרים?90,000115,000⭐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איזה מספר מסומן בכוכב על ציר המספרים?160210⭐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מה היה לי קל היום? מה עוד קשה לי?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