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3B23A8"/>
          <w:sz w:val="44"/>
          <w:rtl w:val="1"/>
          <w:bCs/>
          <w:szCs w:val="44"/>
        </w:rPr>
        <w:t>🍕 שברים ואחוזים בבעיות מילוליות</w:t>
      </w:r>
    </w:p>
    <w:p>
      <w:pPr>
        <w:bidi w:val="1"/>
        <w:jc w:val="right"/>
      </w:pPr>
      <w:r>
        <w:rPr>
          <w:color w:val="5A5A5A"/>
          <w:sz w:val="26"/>
          <w:rtl w:val="1"/>
          <w:szCs w:val="26"/>
        </w:rPr>
        <w:t>דף עבודה – מהדורה למורה (תשובות בהתחלה) + דפי תלמיד</w:t>
      </w:r>
    </w:p>
    <w:p>
      <w:pPr>
        <w:bidi w:val="1"/>
        <w:jc w:val="right"/>
      </w:pPr>
      <w:r>
        <w:rPr>
          <w:color w:val="3B23A8"/>
          <w:sz w:val="20"/>
          <w:rtl w:val="1"/>
          <w:szCs w:val="20"/>
        </w:rPr>
        <w:t>🎓 מהדורה למורה – תשובות בהתחלה · יצרה: רוית ראש בן ישי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🔑 תשובות (למורה)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חלק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שאלה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תשובה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⁦1/5⁩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⁦7/20⁩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⁦1/4⁩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4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⁦כן⁩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⁦לא⁩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⁦30⁩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⁦5⁩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⁦135⁩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4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⁦105⁩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⁦270⁩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6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⁦105⁩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ג׳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1/3 מ־50 הוא 50 : 3 = 16 ושליש – לא מספר שלם של תלמידים. לכן בשכבה של 50 זה לא ייתכן.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ג׳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 אתגר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⁦6,000⁩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כרטיס יציאה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⁦150⁩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כרטיס יציאה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⁦15⁩</w:t>
            </w:r>
          </w:p>
        </w:tc>
      </w:tr>
    </w:tbl>
    <w:p/>
    <w:p>
      <w:pPr>
        <w:bidi w:val="1"/>
        <w:jc w:val="right"/>
      </w:pPr>
      <w:r>
        <w:rPr>
          <w:b/>
          <w:rtl w:val="1"/>
          <w:bCs/>
        </w:rPr>
        <w:t>טיפ להוראה: ציירו פס (מלבן) וחלקו אותו לחלקים – זה עושה סדר בכל בעיית שברים.</w:t>
      </w:r>
    </w:p>
    <w:p>
      <w:r>
        <w:br w:type="page"/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📄 דפי התלמיד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tl w:val="1"/>
        </w:rPr>
        <w:t>📖 תזכורת: כדי למצוא 3/4 מכמות: מחלקים במכנה (4) וכופלים במונה (3). אחוז הוא שבר שמכנהו 100: 25% = 25/100 = 1/4, 50% = חצי, 10% = עשירית.✏️ דוגמה: אחרי שעברו 2/5 מהדרך נשארו 90 ק״מ. מה אורך הדרך? ← נשארו 3/5 מהדרך = 90 ק״מ ← 1/5 = 90 : 3 = 30 ק״מ ← הדרך כולה: 5 × 30 = 150 ק״מ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א׳ – מבחן אמריקאי</w:t>
      </w:r>
    </w:p>
    <w:p>
      <w:pPr>
        <w:bidi w:val="1"/>
        <w:jc w:val="right"/>
      </w:pPr>
      <w:r>
        <w:rPr>
          <w:b/>
          <w:rtl w:val="1"/>
          <w:bCs/>
        </w:rPr>
        <w:t>בחלק זה תבחרו תשובה אחת נכונה. הקיפו אותה בעיגול. כדאי להעריך קודם!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בסקר על ארוחת מסיבת הכיתה: ⁦3/10⁩ מהתלמידים בחרו פיצה, ⁦50⁩% בחרו טוסטים, והשאר בחרו פירות. איזה חלק בחרו פירות?</w:t>
      </w:r>
    </w:p>
    <w:p>
      <w:pPr>
        <w:bidi w:val="1"/>
        <w:jc w:val="right"/>
      </w:pPr>
      <w:r>
        <w:rPr>
          <w:rtl w:val="1"/>
        </w:rPr>
        <w:t>◯ ⁦3/10⁩     ◯ ⁦1/2⁩     ◯ ⁦1/5⁩     ◯ ⁦7/10⁩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בסקר על ארוחת מסיבת הכיתה: ⁦2/5⁩ מהתלמידים בחרו פלאפל, ⁦25⁩% בחרו פסטה, והשאר בחרו סלטים. איזה חלק בחרו סלטים?</w:t>
      </w:r>
    </w:p>
    <w:p>
      <w:pPr>
        <w:bidi w:val="1"/>
        <w:jc w:val="right"/>
      </w:pPr>
      <w:r>
        <w:rPr>
          <w:rtl w:val="1"/>
        </w:rPr>
        <w:t>◯ ⁦7/20⁩     ◯ ⁦1/4⁩     ◯ ⁦3/5⁩     ◯ ⁦2/5⁩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בסקר על ארוחת מסיבת הכיתה: ⁦1/4⁩ מהתלמידים בחרו פיצה, ⁦50⁩% בחרו טוסטים, והשאר בחרו פירות. איזה חלק בחרו פירות?</w:t>
      </w:r>
    </w:p>
    <w:p>
      <w:pPr>
        <w:bidi w:val="1"/>
        <w:jc w:val="right"/>
      </w:pPr>
      <w:r>
        <w:rPr>
          <w:rtl w:val="1"/>
        </w:rPr>
        <w:t>◯ ⁦1/4⁩     ◯ ⁦1/2⁩     ◯ ⁦3/4⁩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בשכבה ⁦60⁩ תלמידים. ⁦1/3⁩ מהם בחוג מוזיקה ו־⁦20⁩% בחוג ספורט (כל תלמיד בחוג אחד לכל היותר). האם זה אפשרי?</w:t>
      </w:r>
    </w:p>
    <w:p>
      <w:pPr>
        <w:bidi w:val="1"/>
        <w:jc w:val="right"/>
      </w:pPr>
      <w:r>
        <w:rPr>
          <w:rtl w:val="1"/>
        </w:rPr>
        <w:t>◯ ⁦לא⁩     ◯ ⁦כן⁩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בשכבה ⁦80⁩ תלמידים. ⁦1/6⁩ מהם בחוג מוזיקה ו־⁦40⁩% בחוג ספורט (כל תלמיד בחוג אחד לכל היותר). האם זה אפשרי?</w:t>
      </w:r>
    </w:p>
    <w:p>
      <w:pPr>
        <w:bidi w:val="1"/>
        <w:jc w:val="right"/>
      </w:pPr>
      <w:r>
        <w:rPr>
          <w:rtl w:val="1"/>
        </w:rPr>
        <w:t>◯ ⁦כן⁩     ◯ ⁦לא⁩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ב׳ – פתרו</w:t>
      </w:r>
    </w:p>
    <w:p>
      <w:pPr>
        <w:bidi w:val="1"/>
        <w:jc w:val="right"/>
      </w:pPr>
      <w:r>
        <w:rPr>
          <w:b/>
          <w:rtl w:val="1"/>
          <w:bCs/>
        </w:rPr>
        <w:t>פתרו כל תרגיל, הציגו את דרך הפתרון וכתבו את התשובה על הקו.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כמה הם ⁦75⁩% מ־⁦40⁩?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כמה הם ⁦1/4⁩ מ־⁦20⁩?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בספר יש ⁦150⁩ עמודים. נועה קראה ⁦10⁩% מהספר. כמה עמודים נשארו לה לקרוא?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בספר יש ⁦150⁩ עמודים. נועה קראה ⁦30⁩% מהספר. כמה עמודים נשארו לה לקרוא?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מחיר משחק קופסה ⁦360⁩ ₪. בחנות הנחה של ⁦25⁩%. כמה משלמים אחרי ההנחה?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6. </w:t>
      </w:r>
      <w:r>
        <w:rPr>
          <w:rtl w:val="1"/>
        </w:rPr>
        <w:t>מחיר משחק קופסה ⁦150⁩ ₪. בחנות הנחה של ⁦30⁩%. כמה משלמים אחרי ההנחה?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ג׳ – חושבים ומסבירים</w:t>
      </w:r>
    </w:p>
    <w:p>
      <w:pPr>
        <w:bidi w:val="1"/>
        <w:jc w:val="right"/>
      </w:pPr>
      <w:r>
        <w:rPr>
          <w:b/>
          <w:rtl w:val="1"/>
          <w:bCs/>
        </w:rPr>
        <w:t>בחלק זה תסבירו במילים שלכם – כמו שהייתם מסבירים לחבר או לחברה.</w:t>
      </w:r>
    </w:p>
    <w:p>
      <w:pPr>
        <w:bidi w:val="1"/>
        <w:jc w:val="right"/>
      </w:pPr>
      <w:r>
        <w:rPr>
          <w:rtl w:val="1"/>
        </w:rPr>
        <w:t>1. הסבירו איך: הסבירו למה אי אפשר ש־1/3 מתוך 50 תלמידים יבחרו ספורט.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2. 🏆 אתגר: באולם מופעים ⁦15⁩ שורות ובכל שורה ⁦40⁩ מושבים. כרטיס עולה ⁦40⁩ ₪. מועדון הספורט קנה ⁦25⁩% מהכרטיסים. כמה שילם המועדון?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✂ - - - - - - - - - - - - - - - - - - - - - - - - - - - - - - - - - -</w:t>
      </w:r>
    </w:p>
    <w:p>
      <w:pPr>
        <w:bidi w:val="1"/>
        <w:jc w:val="right"/>
      </w:pPr>
      <w:r>
        <w:rPr>
          <w:b/>
          <w:rtl w:val="1"/>
          <w:bCs/>
        </w:rPr>
        <w:t>✂ כרטיס יציאה – שברים ואחוזים בבעיות מילוליות</w:t>
      </w:r>
    </w:p>
    <w:p>
      <w:pPr>
        <w:bidi w:val="1"/>
        <w:jc w:val="right"/>
      </w:pPr>
      <w:r>
        <w:rPr>
          <w:rtl w:val="1"/>
        </w:rPr>
        <w:t>בספר יש ⁦200⁩ עמודים. נועה קראה ⁦25⁩% מהספר. כמה עמודים נשארו לה לקרוא?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בספר יש ⁦60⁩ עמודים. נועה קראה ⁦75⁩% מהספר. כמה עמודים נשארו לה לקרוא?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מה היה לי קל היום? מה עוד קשה לי?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