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📊 ממוצע וקריאת דיאגרמות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⁦0.15⁩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⁦0.15⁩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ממוצע = סכום : מספר הנתונים. לכן הסכום = ממוצע × מספר הנתונים = 10 × 4 = 40.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⁦45⁩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הממוצע תמיד בין הערך הקטן ביותר לגדול ביותר – אם לא, יש טעות.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ממוצע = סכום כל הנתונים חלקי מספר הנתונים. למשל הממוצע של 4, 6, 8 הוא (4 + 6 + 8) : 3 = 6.✏️ דוגמה: ציוני מבחן: 80, 90, 70, 100. מה הממוצע? ← סכום: 80 + 90 + 70 + 100 = 340 ← מספר הציונים: 4 ← 340 : 4 = 85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הדיאגרמה מציגה כמה תלמידים ביקרו בחדר המדעים בכל יום.איזה חלק מכל המבקרים בשבוע הגיעו ביום ג׳?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eab7cdb06f952b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⁦1/6⁩     ◯ ⁦0.2⁩     ◯ ⁦0.45⁩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הדיאגרמה מציגה כמה תלמידים ביקרו בחדר המדעים בכל יום.איזה חלק מכל המבקרים בשבוע הגיעו ביום ד׳?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976f5f2a84b6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⁦0.3⁩     ◯ ⁦3/23⁩     ◯ ⁦0.15⁩     ◯ ⁦0.2⁩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הדיאגרמה מציגה כמה תלמידים ביקרו בפינת הקריאה בכל יום.איזה חלק מכל המבקרים בשבוע הגיעו ביום ד׳?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30df279cad293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⁦0.15⁩     ◯ ⁦0.2⁩     ◯ ⁦3/23⁩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ב־⁦4⁩ ימים נמכרו בממוצע ⁦12⁩ גלידות ביום. ביום הבא נמכרו ⁦17⁩ גלידות. מה הממוצע החדש ל־⁦5⁩ הימים?</w:t>
      </w:r>
    </w:p>
    <w:p>
      <w:pPr>
        <w:bidi w:val="1"/>
        <w:jc w:val="right"/>
      </w:pPr>
      <w:r>
        <w:rPr>
          <w:rtl w:val="1"/>
        </w:rPr>
        <w:t>◯ ⁦29/2⁩     ◯ ⁦13⁩     ◯ ⁦12⁩     ◯ ⁦14⁩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ב־⁦5⁩ ימים נמכרו בממוצע ⁦13⁩ גלידות ביום. ביום הבא נמכרו ⁦13⁩ גלידות. מה הממוצע החדש ל־⁦6⁩ הימים?</w:t>
      </w:r>
    </w:p>
    <w:p>
      <w:pPr>
        <w:bidi w:val="1"/>
        <w:jc w:val="right"/>
      </w:pPr>
      <w:r>
        <w:rPr>
          <w:rtl w:val="1"/>
        </w:rPr>
        <w:t>◯ ⁦14⁩     ◯ ⁦13⁩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ב־⁦4⁩ ימים נמכרו בממוצע ⁦18⁩ גלידות ביום. ביום הבא נמכרו ⁦13⁩ גלידות. מה הממוצע החדש ל־⁦5⁩ הימים?</w:t>
      </w:r>
    </w:p>
    <w:p>
      <w:pPr>
        <w:bidi w:val="1"/>
        <w:jc w:val="right"/>
      </w:pPr>
      <w:r>
        <w:rPr>
          <w:rtl w:val="1"/>
        </w:rPr>
        <w:t>◯ ⁦18⁩     ◯ ⁦17⁩     ◯ ⁦31/2⁩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הממוצע של המספרים: ⁦28, 36, 40, 36, 35⁩?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הממוצע של המספרים: ⁦34, 13, 17, 14, 12⁩?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הדיאגרמה מציגה כמה תלמידים ביקרו בחדר המדעים בכל יום בשבוע.כמה תלמידים ביקרו בממוצע ביום?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d90e4b6a85f77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הדיאגרמה מציגה כמה תלמידים ביקרו בספריית בית הספר בכל יום בשבוע.כמה תלמידים ביקרו בממוצע ביום?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05c0f72a42009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ממוצע הציונים של דנה ב־⁦5⁩ מבחנים הוא ⁦85⁩. ציוניה ב־⁦4⁩ מבחנים היו: ⁦93, 94, 85, 77⁩. מה הציון במבחן האחרון?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ממוצע הציונים של דנה ב־⁦5⁩ מבחנים הוא ⁦73⁩. ציוניה ב־⁦4⁩ מבחנים היו: ⁦76, 64, 70, 81⁩. מה הציון במבחן האחרון?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ממוצע של 4 מספרים הוא 10. הסבירו איך מוצאים את סכום המספרים.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ממוצע הציונים של דנה ב־⁦5⁩ מבחנים הוא ⁦88⁩. ציוניה ב־⁦4⁩ מבחנים היו: ⁦79, 98, 92, 83⁩. מה הציון במבחן האחרון?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ממוצע וקריאת דיאגרמות</w:t>
      </w:r>
    </w:p>
    <w:p>
      <w:pPr>
        <w:bidi w:val="1"/>
        <w:jc w:val="right"/>
      </w:pPr>
      <w:r>
        <w:rPr>
          <w:rtl w:val="1"/>
        </w:rPr>
        <w:t>הדיאגרמה מציגה כמה תלמידים ביקרו בפינת הקריאה בכל יום בשבוע.0102030405060א׳ב׳ג׳ד׳ה׳כמה תלמידים ביקרו בממוצע ביום?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הדיאגרמה מציגה כמה תלמידים ביקרו במגרש הכדורסל בהפסקות בכל יום בשבוע.010203040506070א׳ב׳ג׳ד׳ה׳כמה תלמידים ביקרו בממוצע ביום?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